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מכירה פומבית של מידות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כללי המכירה הפומבית של המידות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על מידות חשובות ועל תהליך של בחירה ותעדוף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המסר שמאחורי המשחק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50 אורות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אפשר לקנות לכל היותר 5 מידות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כלל הזהב קובע מקסימום 5 מידות לכל תלמיד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כסף משחק בלבד, ללא ערך אמיתי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1. 1000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3. 50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 אפשר לקנות את כל המידות)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(כסף המשחק בשיעור)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(נשארת על הלוח לדיון)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(הצעות בפתק סגור)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מחלקים דף כסף ומבקשים לגזור שטרות ומטבעות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מסבירים את כללי המכירה וכלל הזהב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מתקיימת המכירה הפומבית על המידות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שואלים שאלות עיבוד אחרי המכירה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מחשבה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עם הסבר על חשיבות המידה שבחרו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שאי אפשר לקנות את כל המידות, צריך לבחור עד 5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עם נימוק הגיוני הקשור למידה שנבחרה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לרעיון שצריך להשקיע גם בבניית האישיות, לא רק בלימודים או במראה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להריץ את חלק מהמשחק בפועל בכיתה לפני מילוי הדף, כדי שהתרגול יתחבר לחוויה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לתת זמן לדיון פתוח בשאלות המחשבה, הן מהוות את הלב הרגשי של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להשתמש בדף כסיכום אחרי השיעור או כהכנה לקראתו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מכירה פומבית של מידות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בשיעור הפתיחה מתקיימת מכירה פומבית של מידות - כל תלמיד מקבל תקציב מוגבל וצריך לבחור באילו מידות להשקיע. דף זה מתרגל את כללי המשחק ואת המסרים שעולים ממנו.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1000  ·  50  ·  5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אורות מקבל כל תלמיד בתחילת המכירה?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מהו מחיר הפתיחה לכל מידה?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10 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100 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50 אורות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זה כלל הזהב במכירה?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אפשר לקנות את כל המידות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אפשר לקנות לכל היותר 5 מידות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אסור להציע הצעות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אפשר לקנות את כל 35 המידות אם יש מספיק כסף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ה'אורות' הם כסף אמיתי שאפשר לשמור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לכל תלמיד תקציב של __________ אורות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אי אפשר לקנות את כל המידות - אפשר לקנות לכל היותר __________ מידות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מחיר הפתיחה לכל מידה הוא __________ אורות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כלל הזהב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הצעות בפתק סגור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אורות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נשארת על הלוח לדיון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מידה ללא קונים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אי אפשר לקנות את כל המידות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גרסה שקטה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כסף המשחק בשיעור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מתקיימת המכירה הפומבית על המידות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מחלקים דף כסף ומבקשים לגזור שטרות ומטבעות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שואלים שאלות עיבוד אחרי המכירה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מסבירים את כללי המכירה וכלל הזהב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מחשבה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איזו מידה הייתם מוכנים לשלם עליה הכי הרבה כסף במכירה? נמקו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זה כלל הזהב במכירה הפומבית?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איזו מידה הייתם הכי רוצים 'לקנות' לעצמכם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מכירה פומבית של מידות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