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מכירה פומבית של מידות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כללי המכירה הפומבית של המידות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מידות חשובות ועל תהליך של בחירה ותעדוף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המסר שמאחורי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50 אורות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לפחות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אפשר לקנות לכל היותר 5 מידות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היא נשארת על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להתאים לכיתה רועשת או ביישנית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כלל הזהב קובע מקסימום 5 מידות לכל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כסף משחק בלבד, ללא ערך 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כל תלמיד מוגבל לתקציב של 1000 אורות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חלק של עיבוד ושיחה אחרי המכירה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המסר האמיתי הוא מעבר משיח תחרותי לשיח אישי על מה שחשוב בחיים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(אי אפשר לקנות את כל המידות)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(כסף המשחק בשיעור)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(נשארת על הלוח לדיון)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(הצעות בפתק סגור)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(המכירה נגמרת עבור התלמיד)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מחלקים דף כסף ומבקשים לגזור שטרות ומטבעות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מסבירים את כללי המכירה וכלל הזהב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מתקיימת המכירה הפומבית על המידות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שואלים שאלות עיבוד אחרי המכירה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ממשיכים לשיח אישי על מה באמת יש בתוכי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עם הסבר על חשיבות המידה שבחרו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מחשבה על חיזוק מידות קיימות לעומת רכישת מידות 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המתייחסת למסר המרכזי של השיעור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שאי אפשר לקנות את כל המידות, צריך לבחור עד 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הגיוני הקשור למידה שנבחרה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לרעיון שצריך להשקיע גם בבניית האישיות, לא רק בלימודים או במראה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 מהמשחק בפועל בכיתה לפני מילוי הדף, כדי שהתרגול יתחבר לחוויה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זמן לדיון פתוח בשאלות המחשבה, הן מהוות את הלב הרגשי של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בדף כסיכום אחרי השיעור או כהכנה לקראתו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מכירה פומבית של מידות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יש משחק: קונים מידות (כמו סבלנות, כבוד) בכסף משחק. לכל אחד יש כסף מוגבל. צריך לבחור מה הכי חשוב. הדף מתרגל את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תכונה של אופי, למשל סבלנות או נדיבות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מכירה פומבית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קנייה שבה כל קונה מציע מחיר גבוה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הכסף המשחק בשיעור, אין לו ערך אמיתי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כמות הכסף שיש לכל תלמיד להוציא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כלל הזהב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לקנות את כל המידות, צריך לבחור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לתעדף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להחליט מה חשוב יותר ומה פחות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הצעת מחיר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הסכום שתלמיד מציע כדי לקנות מידה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לוויתר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להחליט לא לקנות משהו כדי לשמור על התקציב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כסף משחק מקבלים?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מחיר מתחילה ההצעה?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אורות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 אורות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 אורות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500 אורות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בכמה צריך להעלות את ההצעה?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לפחות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לפחות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בדיוק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הגבלה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הכלל החשוב ביותר?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אפשר לקנות את כל המידות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אפשר לקנות לכל היותר 5 מידות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 להציע הצעות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מידה עולה אותו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אם אין קונים למידה?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נמכרת בחינם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נשארת על הלוח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קונה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נגרעת מהרשימה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יש גרסה עם פתקים?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לקצר את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להתאים לכיתה רועשת או ביישנית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להעלות את המחירים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לבטל את התקציב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לקנות את כל 35 המידות אם יש מספיק כסף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ה'אורות' הם כסף אמיתי שאפשר לשמור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כשהכסף של תלמיד נגמר, המכירה נגמרת עבורו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המכירה שואלים שאלות על הבחירות שעשו התלמידים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המטרה של השיעור היא רק תחרות על כסף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לכל תלמיד תקציב של __________ אורות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אי אפשר לקנות את כל המידות - אפשר לקנות לכל היותר __________ מידות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מחיר הפתיחה לכל מידה הוא __________ אורות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המורה מכריז ונותן למי שזוכה את כרטיס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הצעה חייבת להיות גבוהה בלפחות __________ מההצעה הקודמת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כלל הזהב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כסף המשחק בשיעור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נשארת על הלוח לדיון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מידה ללא קונים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המכירה נגמרת עבור התלמיד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גרסה שקטה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 אפשר לקנות את כל המידות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תקציב נגמר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הצעות בפתק סגור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לשיח אישי על מה באמת יש בתוכי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מתקיימת המכירה הפומבית על המידות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שאלות עיבוד אחרי המכירה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מסבירים את כללי המכירה וכלל הזהב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מחלקים דף כסף ומבקשים לגזור שטרות ומטבעות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מידה הייתם מוכנים לשלם עליה הכי הרבה כסף במכירה?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קניתם (או הייתם קונים) מידה שלדעתכם כבר קיימת אצלכם? למה בכל זאת הייתם משקיעים בה כסף?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המסר של השיעור אומר שאנחנו משקיעים בלימודים, בחברים ובמראה - אבל האם משקיעים באותה מידה באדם שאנחנו נהיים? כתבו את דעתכם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כלל הזהב במכירה הפומבית?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מידה הייתם הכי רוצים 'לקנות' לעצמכם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המסר המרכזי שהשיעור רוצה להעביר?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מכירה פומבית של מידות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