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מכירה פומבית של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המכירה הפומבית של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מידות חשובות ועל תהליך של בחירה ותעדוף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שמאחורי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 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לפחות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אפשר לקנות לכל היותר 5 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נשארת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להתאים לכיתה רועשת או ביישנית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 הזהב קובע מקסימום 5 מידות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כסף משחק בלבד, ללא ערך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תלמיד מוגבל לתקציב של 1000 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חלק של עיבוד ושיחה אחרי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המסר האמיתי הוא מעבר משיח תחרותי לשיח אישי על מה שחשוב בחיים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 אפשר לקנות את כל המידות)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המשחק בשיעור)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(נשארת על הלוח לדיון)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(הצעות בפתק 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(המכירה נגמרת עבור התלמיד)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דף כסף ומבקשים לגזור שטרות ומטבעות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מסבירים את כללי המכירה וכלל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מתקיימת המכירה הפומבית על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שאלות עיבוד אחרי המכירה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לשיח אישי על מה באמת יש בתוכי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הסבר על חשיבות המידה שבחרו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מחשבה על חיזוק מידות קיימות לעומת רכישת מידות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המתייחסת למסר המרכזי של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שאי אפשר לקנות את כל המידות, צריך לבחור עד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 הקשור למידה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שצריך להשקיע גם בבניית האישיות, לא רק בלימודים או במראה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מהמשחק בפועל בכיתה לפני מילוי הדף, כדי שהתרגול יתחבר לחוויה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פתוח בשאלות המחשבה, הן מהוות את הלב הרגשי של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כסיכום אחרי השיעור או כהכנה לקראתו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מכירה פומבית של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הפתיחה מתקיימת מכירה פומבית של מידות - כל תלמיד מקבל תקציב מוגבל וצריך לבחור באילו מידות להשקיע. דף זה מתרגל את כללי המשחק ואת המסרים שעולים ממנו.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אורות מקבל כל תלמיד בתחילת המכירה?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מחיר הפתיחה לכל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 הצעה חדשה צריכה להיות גבוהה מהקודמת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לפחות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לפחות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כלל הזהב במכירה?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לקנות את כל המידות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לקנות לכל היותר 5 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להציע הצעות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מידה עולה אותו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למידה שאף אחד לא הציע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נמכרת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נשארת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קונה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נגרעת מהרשימה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ה'גרסה השקטה' של המכירה?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לקצר את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להתאים לכיתה רועשת או ביישנית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להעלות את המחירים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לקנות את כל 35 המידות אם יש מספיק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ה'אורות' הם כסף אמיתי שאפשר לשמור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כשהכסף של תלמיד נגמר, המכירה נגמרת עבורו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המכירה שואלים שאלות על הבחירות שעשו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השיעור היא רק תחרות על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תלמיד תקציב של __________ אורות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 אפשר לקנות את כל המידות - אפשר לקנות לכל היותר __________ 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הפתיחה לכל מידה הוא __________ 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מכריז ונותן למי שזוכה את כרטיס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הצעה חייבת להיות גבוהה בלפחות __________ מההצעה הקודמת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המשחק בשיעור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הצעות בפתק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מידה ללא קונים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המכירה נגמרת עבור התלמיד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גרסה שקטה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נשארת על הלוח לדיון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 נגמר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 אפשר לקנות את כל המידות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מתקיימת המכירה הפומבית על המידות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לשיח אישי על מה באמת יש בתוכי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את כללי המכירה וכלל הזהב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דף כסף ומבקשים לגזור שטרות ומטבעות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שאלות עיבוד אחרי המכירה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הייתם מוכנים לשלם עליה הכי הרבה כסף במכירה?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קניתם (או הייתם קונים) מידה שלדעתכם כבר קיימת אצלכם? למה בכל זאת הייתם משקיעים בה כסף?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המסר של השיעור אומר שאנחנו משקיעים בלימודים, בחברים ובמראה - אבל האם משקיעים באותה מידה באדם שאנחנו נהיים? כתבו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כלל הזהב במכירה הפומבית?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מידה הייתם הכי רוצים 'לקנות' לעצמכם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המרכזי שהשיעור רוצה להעביר?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מכירה פומבית של מידות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